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69" w:type="dxa"/>
        <w:jc w:val="center"/>
        <w:tblBorders>
          <w:top w:val="single" w:sz="0" w:space="0" w:color="0B1F3A"/>
          <w:left w:val="single" w:sz="0" w:space="0" w:color="0B1F3A"/>
          <w:bottom w:val="single" w:sz="0" w:space="0" w:color="0B1F3A"/>
          <w:right w:val="single" w:sz="0" w:space="0" w:color="0B1F3A"/>
          <w:insideH w:val="single" w:sz="0" w:space="0" w:color="0B1F3A"/>
          <w:insideV w:val="single" w:sz="0" w:space="0" w:color="0B1F3A"/>
        </w:tblBorders>
        <w:tblLayout w:type="fixed"/>
        <w:tblLook w:val="04A0" w:firstRow="1" w:lastRow="0" w:firstColumn="1" w:lastColumn="0" w:noHBand="0" w:noVBand="1"/>
      </w:tblPr>
      <w:tblGrid>
        <w:gridCol w:w="2880"/>
        <w:gridCol w:w="4608"/>
        <w:gridCol w:w="4752"/>
        <w:gridCol w:w="29"/>
      </w:tblGrid>
      <w:tr w:rsidR="00C20573" w14:paraId="12669F70" w14:textId="77777777" w:rsidTr="00997A83">
        <w:trPr>
          <w:jc w:val="center"/>
        </w:trPr>
        <w:tc>
          <w:tcPr>
            <w:tcW w:w="7488" w:type="dxa"/>
            <w:gridSpan w:val="2"/>
            <w:shd w:val="clear" w:color="auto" w:fill="0B1F3A"/>
            <w:tcMar>
              <w:top w:w="120" w:type="dxa"/>
              <w:left w:w="130" w:type="dxa"/>
              <w:bottom w:w="120" w:type="dxa"/>
              <w:right w:w="130" w:type="dxa"/>
            </w:tcMar>
          </w:tcPr>
          <w:p w14:paraId="7CBDB4BA" w14:textId="77777777" w:rsidR="00C20573" w:rsidRDefault="00D612F3">
            <w:r>
              <w:rPr>
                <w:rFonts w:ascii="Aptos Display" w:hAnsi="Aptos Display"/>
                <w:b/>
                <w:color w:val="FFFFFF"/>
                <w:sz w:val="32"/>
              </w:rPr>
              <w:t>2026 Minority Enterprise Development Business Expo</w:t>
            </w:r>
          </w:p>
          <w:p w14:paraId="1E3BE3C9" w14:textId="77777777" w:rsidR="00C20573" w:rsidRDefault="00D612F3">
            <w:pPr>
              <w:spacing w:before="60"/>
            </w:pPr>
            <w:r>
              <w:rPr>
                <w:color w:val="F2B705"/>
                <w:sz w:val="22"/>
              </w:rPr>
              <w:t>Vendor / Exhibitor Application</w:t>
            </w:r>
          </w:p>
        </w:tc>
        <w:tc>
          <w:tcPr>
            <w:tcW w:w="4781" w:type="dxa"/>
            <w:gridSpan w:val="2"/>
            <w:shd w:val="clear" w:color="auto" w:fill="0B1F3A"/>
            <w:tcMar>
              <w:top w:w="120" w:type="dxa"/>
              <w:left w:w="130" w:type="dxa"/>
              <w:bottom w:w="120" w:type="dxa"/>
              <w:right w:w="130" w:type="dxa"/>
            </w:tcMar>
          </w:tcPr>
          <w:p w14:paraId="341389BA" w14:textId="77777777" w:rsidR="00C20573" w:rsidRDefault="00D612F3">
            <w:pPr>
              <w:jc w:val="right"/>
            </w:pPr>
            <w:r>
              <w:rPr>
                <w:rFonts w:ascii="Aptos Display" w:hAnsi="Aptos Display"/>
                <w:b/>
                <w:color w:val="F2B705"/>
                <w:sz w:val="36"/>
              </w:rPr>
              <w:t>WMCC</w:t>
            </w:r>
          </w:p>
          <w:p w14:paraId="12F7D4B1" w14:textId="77777777" w:rsidR="00C20573" w:rsidRDefault="00D612F3">
            <w:pPr>
              <w:jc w:val="right"/>
            </w:pPr>
            <w:r>
              <w:rPr>
                <w:color w:val="FFFFFF"/>
                <w:sz w:val="17"/>
              </w:rPr>
              <w:t>Grow • Network • Educate • Advocate</w:t>
            </w:r>
          </w:p>
        </w:tc>
      </w:tr>
      <w:tr w:rsidR="00C20573" w14:paraId="013CD716" w14:textId="77777777" w:rsidTr="00997A83">
        <w:tblPrEx>
          <w:tblBorders>
            <w:top w:val="single" w:sz="7" w:space="0" w:color="B6D7F0"/>
            <w:left w:val="single" w:sz="7" w:space="0" w:color="B6D7F0"/>
            <w:bottom w:val="single" w:sz="7" w:space="0" w:color="B6D7F0"/>
            <w:right w:val="single" w:sz="7" w:space="0" w:color="B6D7F0"/>
            <w:insideH w:val="single" w:sz="7" w:space="0" w:color="B6D7F0"/>
            <w:insideV w:val="single" w:sz="7" w:space="0" w:color="B6D7F0"/>
          </w:tblBorders>
        </w:tblPrEx>
        <w:trPr>
          <w:gridAfter w:val="1"/>
          <w:wAfter w:w="29" w:type="dxa"/>
          <w:jc w:val="center"/>
        </w:trPr>
        <w:tc>
          <w:tcPr>
            <w:tcW w:w="2880" w:type="dxa"/>
            <w:shd w:val="clear" w:color="auto" w:fill="D9F0FF"/>
            <w:tcMar>
              <w:top w:w="120" w:type="dxa"/>
              <w:left w:w="120" w:type="dxa"/>
              <w:bottom w:w="120" w:type="dxa"/>
              <w:right w:w="120" w:type="dxa"/>
            </w:tcMar>
          </w:tcPr>
          <w:p w14:paraId="7B02AFC4" w14:textId="77777777" w:rsidR="00C20573" w:rsidRDefault="00D612F3">
            <w:r>
              <w:rPr>
                <w:b/>
                <w:color w:val="0077B6"/>
                <w:sz w:val="16"/>
              </w:rPr>
              <w:t>DATE</w:t>
            </w:r>
          </w:p>
          <w:p w14:paraId="08F3C9B1" w14:textId="77777777" w:rsidR="00C20573" w:rsidRDefault="00D612F3">
            <w:r>
              <w:rPr>
                <w:b/>
                <w:color w:val="0B1F3A"/>
              </w:rPr>
              <w:t>Saturday, October 10, 2026</w:t>
            </w:r>
          </w:p>
        </w:tc>
        <w:tc>
          <w:tcPr>
            <w:tcW w:w="4608" w:type="dxa"/>
            <w:shd w:val="clear" w:color="auto" w:fill="D9F0FF"/>
            <w:tcMar>
              <w:top w:w="120" w:type="dxa"/>
              <w:left w:w="120" w:type="dxa"/>
              <w:bottom w:w="120" w:type="dxa"/>
              <w:right w:w="120" w:type="dxa"/>
            </w:tcMar>
          </w:tcPr>
          <w:p w14:paraId="04096F97" w14:textId="77777777" w:rsidR="00C20573" w:rsidRDefault="00D612F3">
            <w:r>
              <w:rPr>
                <w:b/>
                <w:color w:val="0077B6"/>
                <w:sz w:val="16"/>
              </w:rPr>
              <w:t>TIME</w:t>
            </w:r>
          </w:p>
          <w:p w14:paraId="093FEA4C" w14:textId="77777777" w:rsidR="00C20573" w:rsidRDefault="00D612F3">
            <w:r>
              <w:rPr>
                <w:b/>
                <w:color w:val="0B1F3A"/>
              </w:rPr>
              <w:t>10:00 AM – 5:00 PM</w:t>
            </w:r>
          </w:p>
        </w:tc>
        <w:tc>
          <w:tcPr>
            <w:tcW w:w="4752" w:type="dxa"/>
            <w:shd w:val="clear" w:color="auto" w:fill="F7FAFC"/>
            <w:tcMar>
              <w:top w:w="120" w:type="dxa"/>
              <w:left w:w="120" w:type="dxa"/>
              <w:bottom w:w="120" w:type="dxa"/>
              <w:right w:w="120" w:type="dxa"/>
            </w:tcMar>
          </w:tcPr>
          <w:p w14:paraId="2D4563F3" w14:textId="77777777" w:rsidR="00C20573" w:rsidRDefault="00D612F3">
            <w:r>
              <w:rPr>
                <w:b/>
                <w:color w:val="0077B6"/>
                <w:sz w:val="16"/>
              </w:rPr>
              <w:t>LOCATION</w:t>
            </w:r>
          </w:p>
          <w:p w14:paraId="0611FDA3" w14:textId="77777777" w:rsidR="00C20573" w:rsidRDefault="00D612F3">
            <w:r>
              <w:rPr>
                <w:b/>
                <w:color w:val="0B1F3A"/>
              </w:rPr>
              <w:t>CFCC Union Station</w:t>
            </w:r>
            <w:r>
              <w:rPr>
                <w:b/>
                <w:color w:val="0B1F3A"/>
              </w:rPr>
              <w:br/>
              <w:t>502 N. Front Street</w:t>
            </w:r>
            <w:r>
              <w:rPr>
                <w:b/>
                <w:color w:val="0B1F3A"/>
              </w:rPr>
              <w:br/>
              <w:t>Wilmington, NC 28401</w:t>
            </w:r>
          </w:p>
        </w:tc>
      </w:tr>
    </w:tbl>
    <w:p w14:paraId="462302D8" w14:textId="77777777" w:rsidR="00C20573" w:rsidRDefault="00D612F3">
      <w:pPr>
        <w:spacing w:after="40"/>
      </w:pPr>
      <w:r>
        <w:rPr>
          <w:color w:val="111111"/>
        </w:rPr>
        <w:t>Please select one exhibitor package and complete all required information. Applications are confirmed upon approval and receipt of payment. Exhibitor payments are non-refundable.</w:t>
      </w:r>
    </w:p>
    <w:p w14:paraId="03F18178" w14:textId="77777777" w:rsidR="00C20573" w:rsidRDefault="00D612F3">
      <w:pPr>
        <w:pBdr>
          <w:bottom w:val="single" w:sz="12" w:space="3" w:color="0077B6"/>
        </w:pBdr>
        <w:spacing w:before="180" w:after="60"/>
      </w:pPr>
      <w:r>
        <w:rPr>
          <w:rFonts w:ascii="Aptos Display" w:hAnsi="Aptos Display"/>
          <w:b/>
          <w:color w:val="0B1F3A"/>
          <w:sz w:val="24"/>
        </w:rPr>
        <w:t>EXHIBITOR PACKAGE SELECTION</w:t>
      </w:r>
    </w:p>
    <w:tbl>
      <w:tblPr>
        <w:tblW w:w="0" w:type="auto"/>
        <w:jc w:val="center"/>
        <w:tblBorders>
          <w:top w:val="single" w:sz="7" w:space="0" w:color="B8C8D8"/>
          <w:left w:val="single" w:sz="7" w:space="0" w:color="B8C8D8"/>
          <w:bottom w:val="single" w:sz="7" w:space="0" w:color="B8C8D8"/>
          <w:right w:val="single" w:sz="7" w:space="0" w:color="B8C8D8"/>
          <w:insideH w:val="single" w:sz="7" w:space="0" w:color="B8C8D8"/>
          <w:insideV w:val="single" w:sz="7" w:space="0" w:color="B8C8D8"/>
        </w:tblBorders>
        <w:tblLayout w:type="fixed"/>
        <w:tblLook w:val="04A0" w:firstRow="1" w:lastRow="0" w:firstColumn="1" w:lastColumn="0" w:noHBand="0" w:noVBand="1"/>
      </w:tblPr>
      <w:tblGrid>
        <w:gridCol w:w="503"/>
        <w:gridCol w:w="3240"/>
        <w:gridCol w:w="2088"/>
        <w:gridCol w:w="936"/>
        <w:gridCol w:w="3384"/>
      </w:tblGrid>
      <w:tr w:rsidR="00C20573" w14:paraId="46AFE6F2" w14:textId="77777777">
        <w:trPr>
          <w:jc w:val="center"/>
        </w:trPr>
        <w:tc>
          <w:tcPr>
            <w:tcW w:w="503" w:type="dxa"/>
            <w:shd w:val="clear" w:color="auto" w:fill="0077B6"/>
            <w:tcMar>
              <w:top w:w="120" w:type="dxa"/>
              <w:left w:w="100" w:type="dxa"/>
              <w:bottom w:w="120" w:type="dxa"/>
              <w:right w:w="100" w:type="dxa"/>
            </w:tcMar>
          </w:tcPr>
          <w:p w14:paraId="672A6659" w14:textId="77777777" w:rsidR="00C20573" w:rsidRDefault="00C20573">
            <w:pPr>
              <w:jc w:val="center"/>
            </w:pPr>
          </w:p>
        </w:tc>
        <w:tc>
          <w:tcPr>
            <w:tcW w:w="3240" w:type="dxa"/>
            <w:shd w:val="clear" w:color="auto" w:fill="0077B6"/>
            <w:tcMar>
              <w:top w:w="120" w:type="dxa"/>
              <w:left w:w="100" w:type="dxa"/>
              <w:bottom w:w="120" w:type="dxa"/>
              <w:right w:w="100" w:type="dxa"/>
            </w:tcMar>
          </w:tcPr>
          <w:p w14:paraId="51975BC6" w14:textId="77777777" w:rsidR="00C20573" w:rsidRDefault="00D612F3">
            <w:pPr>
              <w:jc w:val="center"/>
            </w:pPr>
            <w:r>
              <w:rPr>
                <w:b/>
                <w:color w:val="FFFFFF"/>
                <w:sz w:val="17"/>
              </w:rPr>
              <w:t>Package</w:t>
            </w:r>
          </w:p>
        </w:tc>
        <w:tc>
          <w:tcPr>
            <w:tcW w:w="2088" w:type="dxa"/>
            <w:shd w:val="clear" w:color="auto" w:fill="0077B6"/>
            <w:tcMar>
              <w:top w:w="120" w:type="dxa"/>
              <w:left w:w="100" w:type="dxa"/>
              <w:bottom w:w="120" w:type="dxa"/>
              <w:right w:w="100" w:type="dxa"/>
            </w:tcMar>
          </w:tcPr>
          <w:p w14:paraId="4E74AA1E" w14:textId="77777777" w:rsidR="00C20573" w:rsidRDefault="00D612F3">
            <w:pPr>
              <w:jc w:val="center"/>
            </w:pPr>
            <w:r>
              <w:rPr>
                <w:b/>
                <w:color w:val="FFFFFF"/>
                <w:sz w:val="17"/>
              </w:rPr>
              <w:t>Registration Window</w:t>
            </w:r>
          </w:p>
        </w:tc>
        <w:tc>
          <w:tcPr>
            <w:tcW w:w="936" w:type="dxa"/>
            <w:shd w:val="clear" w:color="auto" w:fill="0077B6"/>
            <w:tcMar>
              <w:top w:w="120" w:type="dxa"/>
              <w:left w:w="100" w:type="dxa"/>
              <w:bottom w:w="120" w:type="dxa"/>
              <w:right w:w="100" w:type="dxa"/>
            </w:tcMar>
          </w:tcPr>
          <w:p w14:paraId="6B53BDB3" w14:textId="77777777" w:rsidR="00C20573" w:rsidRDefault="00D612F3">
            <w:pPr>
              <w:jc w:val="center"/>
            </w:pPr>
            <w:r>
              <w:rPr>
                <w:b/>
                <w:color w:val="FFFFFF"/>
                <w:sz w:val="17"/>
              </w:rPr>
              <w:t>Fee</w:t>
            </w:r>
          </w:p>
        </w:tc>
        <w:tc>
          <w:tcPr>
            <w:tcW w:w="3384" w:type="dxa"/>
            <w:shd w:val="clear" w:color="auto" w:fill="0077B6"/>
            <w:tcMar>
              <w:top w:w="120" w:type="dxa"/>
              <w:left w:w="100" w:type="dxa"/>
              <w:bottom w:w="120" w:type="dxa"/>
              <w:right w:w="100" w:type="dxa"/>
            </w:tcMar>
          </w:tcPr>
          <w:p w14:paraId="402E20D1" w14:textId="77777777" w:rsidR="00C20573" w:rsidRDefault="00D612F3">
            <w:pPr>
              <w:jc w:val="center"/>
            </w:pPr>
            <w:r>
              <w:rPr>
                <w:b/>
                <w:color w:val="FFFFFF"/>
                <w:sz w:val="17"/>
              </w:rPr>
              <w:t>Includes</w:t>
            </w:r>
          </w:p>
        </w:tc>
      </w:tr>
      <w:tr w:rsidR="00C20573" w14:paraId="005BE000" w14:textId="77777777">
        <w:trPr>
          <w:jc w:val="center"/>
        </w:trPr>
        <w:tc>
          <w:tcPr>
            <w:tcW w:w="503" w:type="dxa"/>
            <w:shd w:val="clear" w:color="auto" w:fill="FFFFFF"/>
            <w:tcMar>
              <w:top w:w="110" w:type="dxa"/>
              <w:left w:w="100" w:type="dxa"/>
              <w:bottom w:w="110" w:type="dxa"/>
              <w:right w:w="100" w:type="dxa"/>
            </w:tcMar>
            <w:vAlign w:val="center"/>
          </w:tcPr>
          <w:p w14:paraId="0D1C84E6" w14:textId="77777777" w:rsidR="00C20573" w:rsidRDefault="00D612F3">
            <w:pPr>
              <w:jc w:val="center"/>
            </w:pPr>
            <w:r>
              <w:rPr>
                <w:color w:val="111111"/>
                <w:sz w:val="17"/>
              </w:rPr>
              <w:t>☐</w:t>
            </w:r>
          </w:p>
        </w:tc>
        <w:tc>
          <w:tcPr>
            <w:tcW w:w="3240" w:type="dxa"/>
            <w:shd w:val="clear" w:color="auto" w:fill="FFFFFF"/>
            <w:tcMar>
              <w:top w:w="110" w:type="dxa"/>
              <w:left w:w="100" w:type="dxa"/>
              <w:bottom w:w="110" w:type="dxa"/>
              <w:right w:w="100" w:type="dxa"/>
            </w:tcMar>
            <w:vAlign w:val="center"/>
          </w:tcPr>
          <w:p w14:paraId="4F84A160" w14:textId="77777777" w:rsidR="00C20573" w:rsidRDefault="00D612F3">
            <w:r>
              <w:rPr>
                <w:b/>
                <w:color w:val="111111"/>
                <w:sz w:val="17"/>
              </w:rPr>
              <w:t>Package A – Early Bird Nonprofit</w:t>
            </w:r>
          </w:p>
        </w:tc>
        <w:tc>
          <w:tcPr>
            <w:tcW w:w="2088" w:type="dxa"/>
            <w:shd w:val="clear" w:color="auto" w:fill="FFFFFF"/>
            <w:tcMar>
              <w:top w:w="110" w:type="dxa"/>
              <w:left w:w="100" w:type="dxa"/>
              <w:bottom w:w="110" w:type="dxa"/>
              <w:right w:w="100" w:type="dxa"/>
            </w:tcMar>
            <w:vAlign w:val="center"/>
          </w:tcPr>
          <w:p w14:paraId="369580F8" w14:textId="77777777" w:rsidR="00C20573" w:rsidRDefault="00D612F3">
            <w:pPr>
              <w:jc w:val="center"/>
            </w:pPr>
            <w:r>
              <w:rPr>
                <w:color w:val="111111"/>
                <w:sz w:val="17"/>
              </w:rPr>
              <w:t>Before Sept. 15</w:t>
            </w:r>
          </w:p>
        </w:tc>
        <w:tc>
          <w:tcPr>
            <w:tcW w:w="936" w:type="dxa"/>
            <w:shd w:val="clear" w:color="auto" w:fill="FFFFFF"/>
            <w:tcMar>
              <w:top w:w="110" w:type="dxa"/>
              <w:left w:w="100" w:type="dxa"/>
              <w:bottom w:w="110" w:type="dxa"/>
              <w:right w:w="100" w:type="dxa"/>
            </w:tcMar>
            <w:vAlign w:val="center"/>
          </w:tcPr>
          <w:p w14:paraId="1B058BF4" w14:textId="77777777" w:rsidR="00C20573" w:rsidRDefault="00D612F3">
            <w:pPr>
              <w:jc w:val="center"/>
            </w:pPr>
            <w:r>
              <w:rPr>
                <w:b/>
                <w:color w:val="0B1F3A"/>
                <w:sz w:val="17"/>
              </w:rPr>
              <w:t>$50</w:t>
            </w:r>
          </w:p>
        </w:tc>
        <w:tc>
          <w:tcPr>
            <w:tcW w:w="3384" w:type="dxa"/>
            <w:shd w:val="clear" w:color="auto" w:fill="FFFFFF"/>
            <w:tcMar>
              <w:top w:w="110" w:type="dxa"/>
              <w:left w:w="100" w:type="dxa"/>
              <w:bottom w:w="110" w:type="dxa"/>
              <w:right w:w="100" w:type="dxa"/>
            </w:tcMar>
            <w:vAlign w:val="center"/>
          </w:tcPr>
          <w:p w14:paraId="40451331" w14:textId="77777777" w:rsidR="00C20573" w:rsidRDefault="00D612F3">
            <w:r>
              <w:rPr>
                <w:color w:val="111111"/>
                <w:sz w:val="17"/>
              </w:rPr>
              <w:t>Single booth, one 6-foot table, two chairs, and two passes</w:t>
            </w:r>
          </w:p>
        </w:tc>
      </w:tr>
      <w:tr w:rsidR="00C20573" w14:paraId="452B3883" w14:textId="77777777">
        <w:trPr>
          <w:jc w:val="center"/>
        </w:trPr>
        <w:tc>
          <w:tcPr>
            <w:tcW w:w="503" w:type="dxa"/>
            <w:shd w:val="clear" w:color="auto" w:fill="F4F8FB"/>
            <w:tcMar>
              <w:top w:w="110" w:type="dxa"/>
              <w:left w:w="100" w:type="dxa"/>
              <w:bottom w:w="110" w:type="dxa"/>
              <w:right w:w="100" w:type="dxa"/>
            </w:tcMar>
            <w:vAlign w:val="center"/>
          </w:tcPr>
          <w:p w14:paraId="412DD878" w14:textId="77777777" w:rsidR="00C20573" w:rsidRDefault="00D612F3">
            <w:pPr>
              <w:jc w:val="center"/>
            </w:pPr>
            <w:r>
              <w:rPr>
                <w:color w:val="111111"/>
                <w:sz w:val="17"/>
              </w:rPr>
              <w:t>☐</w:t>
            </w:r>
          </w:p>
        </w:tc>
        <w:tc>
          <w:tcPr>
            <w:tcW w:w="3240" w:type="dxa"/>
            <w:shd w:val="clear" w:color="auto" w:fill="F4F8FB"/>
            <w:tcMar>
              <w:top w:w="110" w:type="dxa"/>
              <w:left w:w="100" w:type="dxa"/>
              <w:bottom w:w="110" w:type="dxa"/>
              <w:right w:w="100" w:type="dxa"/>
            </w:tcMar>
            <w:vAlign w:val="center"/>
          </w:tcPr>
          <w:p w14:paraId="3128C251" w14:textId="77777777" w:rsidR="00C20573" w:rsidRDefault="00D612F3">
            <w:r>
              <w:rPr>
                <w:b/>
                <w:color w:val="111111"/>
                <w:sz w:val="17"/>
              </w:rPr>
              <w:t>Package B – Early Bird General Vendor</w:t>
            </w:r>
          </w:p>
        </w:tc>
        <w:tc>
          <w:tcPr>
            <w:tcW w:w="2088" w:type="dxa"/>
            <w:shd w:val="clear" w:color="auto" w:fill="F4F8FB"/>
            <w:tcMar>
              <w:top w:w="110" w:type="dxa"/>
              <w:left w:w="100" w:type="dxa"/>
              <w:bottom w:w="110" w:type="dxa"/>
              <w:right w:w="100" w:type="dxa"/>
            </w:tcMar>
            <w:vAlign w:val="center"/>
          </w:tcPr>
          <w:p w14:paraId="163C056C" w14:textId="77777777" w:rsidR="00C20573" w:rsidRDefault="00D612F3">
            <w:pPr>
              <w:jc w:val="center"/>
            </w:pPr>
            <w:r>
              <w:rPr>
                <w:color w:val="111111"/>
                <w:sz w:val="17"/>
              </w:rPr>
              <w:t>Before Sept. 15</w:t>
            </w:r>
          </w:p>
        </w:tc>
        <w:tc>
          <w:tcPr>
            <w:tcW w:w="936" w:type="dxa"/>
            <w:shd w:val="clear" w:color="auto" w:fill="F4F8FB"/>
            <w:tcMar>
              <w:top w:w="110" w:type="dxa"/>
              <w:left w:w="100" w:type="dxa"/>
              <w:bottom w:w="110" w:type="dxa"/>
              <w:right w:w="100" w:type="dxa"/>
            </w:tcMar>
            <w:vAlign w:val="center"/>
          </w:tcPr>
          <w:p w14:paraId="3E62EC23" w14:textId="77777777" w:rsidR="00C20573" w:rsidRDefault="00D612F3">
            <w:pPr>
              <w:jc w:val="center"/>
            </w:pPr>
            <w:r>
              <w:rPr>
                <w:b/>
                <w:color w:val="0B1F3A"/>
                <w:sz w:val="17"/>
              </w:rPr>
              <w:t>$75</w:t>
            </w:r>
          </w:p>
        </w:tc>
        <w:tc>
          <w:tcPr>
            <w:tcW w:w="3384" w:type="dxa"/>
            <w:shd w:val="clear" w:color="auto" w:fill="F4F8FB"/>
            <w:tcMar>
              <w:top w:w="110" w:type="dxa"/>
              <w:left w:w="100" w:type="dxa"/>
              <w:bottom w:w="110" w:type="dxa"/>
              <w:right w:w="100" w:type="dxa"/>
            </w:tcMar>
            <w:vAlign w:val="center"/>
          </w:tcPr>
          <w:p w14:paraId="5A9A9BC6" w14:textId="77777777" w:rsidR="00C20573" w:rsidRDefault="00D612F3">
            <w:r>
              <w:rPr>
                <w:color w:val="111111"/>
                <w:sz w:val="17"/>
              </w:rPr>
              <w:t>Single booth, one 6-foot table, two chairs, and two passes</w:t>
            </w:r>
          </w:p>
        </w:tc>
      </w:tr>
      <w:tr w:rsidR="00C20573" w14:paraId="725FF3C4" w14:textId="77777777">
        <w:trPr>
          <w:jc w:val="center"/>
        </w:trPr>
        <w:tc>
          <w:tcPr>
            <w:tcW w:w="503" w:type="dxa"/>
            <w:shd w:val="clear" w:color="auto" w:fill="FFFFFF"/>
            <w:tcMar>
              <w:top w:w="110" w:type="dxa"/>
              <w:left w:w="100" w:type="dxa"/>
              <w:bottom w:w="110" w:type="dxa"/>
              <w:right w:w="100" w:type="dxa"/>
            </w:tcMar>
            <w:vAlign w:val="center"/>
          </w:tcPr>
          <w:p w14:paraId="4053F9D1" w14:textId="77777777" w:rsidR="00C20573" w:rsidRDefault="00D612F3">
            <w:pPr>
              <w:jc w:val="center"/>
            </w:pPr>
            <w:r>
              <w:rPr>
                <w:color w:val="111111"/>
                <w:sz w:val="17"/>
              </w:rPr>
              <w:t>☐</w:t>
            </w:r>
          </w:p>
        </w:tc>
        <w:tc>
          <w:tcPr>
            <w:tcW w:w="3240" w:type="dxa"/>
            <w:shd w:val="clear" w:color="auto" w:fill="FFFFFF"/>
            <w:tcMar>
              <w:top w:w="110" w:type="dxa"/>
              <w:left w:w="100" w:type="dxa"/>
              <w:bottom w:w="110" w:type="dxa"/>
              <w:right w:w="100" w:type="dxa"/>
            </w:tcMar>
            <w:vAlign w:val="center"/>
          </w:tcPr>
          <w:p w14:paraId="5AC778BA" w14:textId="77777777" w:rsidR="00C20573" w:rsidRDefault="00D612F3">
            <w:r>
              <w:rPr>
                <w:b/>
                <w:color w:val="111111"/>
                <w:sz w:val="17"/>
              </w:rPr>
              <w:t>Package C – Youth Vendor</w:t>
            </w:r>
          </w:p>
        </w:tc>
        <w:tc>
          <w:tcPr>
            <w:tcW w:w="2088" w:type="dxa"/>
            <w:shd w:val="clear" w:color="auto" w:fill="FFFFFF"/>
            <w:tcMar>
              <w:top w:w="110" w:type="dxa"/>
              <w:left w:w="100" w:type="dxa"/>
              <w:bottom w:w="110" w:type="dxa"/>
              <w:right w:w="100" w:type="dxa"/>
            </w:tcMar>
            <w:vAlign w:val="center"/>
          </w:tcPr>
          <w:p w14:paraId="1885ABD4" w14:textId="77777777" w:rsidR="00C20573" w:rsidRDefault="00D612F3">
            <w:pPr>
              <w:jc w:val="center"/>
            </w:pPr>
            <w:r>
              <w:rPr>
                <w:color w:val="111111"/>
                <w:sz w:val="17"/>
              </w:rPr>
              <w:t>Anytime</w:t>
            </w:r>
          </w:p>
        </w:tc>
        <w:tc>
          <w:tcPr>
            <w:tcW w:w="936" w:type="dxa"/>
            <w:shd w:val="clear" w:color="auto" w:fill="FFFFFF"/>
            <w:tcMar>
              <w:top w:w="110" w:type="dxa"/>
              <w:left w:w="100" w:type="dxa"/>
              <w:bottom w:w="110" w:type="dxa"/>
              <w:right w:w="100" w:type="dxa"/>
            </w:tcMar>
            <w:vAlign w:val="center"/>
          </w:tcPr>
          <w:p w14:paraId="7AFB2340" w14:textId="77777777" w:rsidR="00C20573" w:rsidRDefault="00D612F3">
            <w:pPr>
              <w:jc w:val="center"/>
            </w:pPr>
            <w:r>
              <w:rPr>
                <w:b/>
                <w:color w:val="0B1F3A"/>
                <w:sz w:val="17"/>
              </w:rPr>
              <w:t>$75</w:t>
            </w:r>
          </w:p>
        </w:tc>
        <w:tc>
          <w:tcPr>
            <w:tcW w:w="3384" w:type="dxa"/>
            <w:shd w:val="clear" w:color="auto" w:fill="FFFFFF"/>
            <w:tcMar>
              <w:top w:w="110" w:type="dxa"/>
              <w:left w:w="100" w:type="dxa"/>
              <w:bottom w:w="110" w:type="dxa"/>
              <w:right w:w="100" w:type="dxa"/>
            </w:tcMar>
            <w:vAlign w:val="center"/>
          </w:tcPr>
          <w:p w14:paraId="02581FF8" w14:textId="77777777" w:rsidR="00C20573" w:rsidRDefault="00D612F3">
            <w:r>
              <w:rPr>
                <w:color w:val="111111"/>
                <w:sz w:val="17"/>
              </w:rPr>
              <w:t>Single booth, one 6-foot table, two chairs, and two passes</w:t>
            </w:r>
          </w:p>
        </w:tc>
      </w:tr>
      <w:tr w:rsidR="00C20573" w14:paraId="61A47098" w14:textId="77777777">
        <w:trPr>
          <w:jc w:val="center"/>
        </w:trPr>
        <w:tc>
          <w:tcPr>
            <w:tcW w:w="503" w:type="dxa"/>
            <w:shd w:val="clear" w:color="auto" w:fill="F4F8FB"/>
            <w:tcMar>
              <w:top w:w="110" w:type="dxa"/>
              <w:left w:w="100" w:type="dxa"/>
              <w:bottom w:w="110" w:type="dxa"/>
              <w:right w:w="100" w:type="dxa"/>
            </w:tcMar>
            <w:vAlign w:val="center"/>
          </w:tcPr>
          <w:p w14:paraId="14E8EB90" w14:textId="77777777" w:rsidR="00C20573" w:rsidRDefault="00D612F3">
            <w:pPr>
              <w:jc w:val="center"/>
            </w:pPr>
            <w:r>
              <w:rPr>
                <w:color w:val="111111"/>
                <w:sz w:val="17"/>
              </w:rPr>
              <w:t>☐</w:t>
            </w:r>
          </w:p>
        </w:tc>
        <w:tc>
          <w:tcPr>
            <w:tcW w:w="3240" w:type="dxa"/>
            <w:shd w:val="clear" w:color="auto" w:fill="F4F8FB"/>
            <w:tcMar>
              <w:top w:w="110" w:type="dxa"/>
              <w:left w:w="100" w:type="dxa"/>
              <w:bottom w:w="110" w:type="dxa"/>
              <w:right w:w="100" w:type="dxa"/>
            </w:tcMar>
            <w:vAlign w:val="center"/>
          </w:tcPr>
          <w:p w14:paraId="31F4E6F0" w14:textId="77777777" w:rsidR="00C20573" w:rsidRDefault="00D612F3">
            <w:r>
              <w:rPr>
                <w:b/>
                <w:color w:val="111111"/>
                <w:sz w:val="17"/>
              </w:rPr>
              <w:t>Package D – Nonprofit / Educational</w:t>
            </w:r>
          </w:p>
        </w:tc>
        <w:tc>
          <w:tcPr>
            <w:tcW w:w="2088" w:type="dxa"/>
            <w:shd w:val="clear" w:color="auto" w:fill="F4F8FB"/>
            <w:tcMar>
              <w:top w:w="110" w:type="dxa"/>
              <w:left w:w="100" w:type="dxa"/>
              <w:bottom w:w="110" w:type="dxa"/>
              <w:right w:w="100" w:type="dxa"/>
            </w:tcMar>
            <w:vAlign w:val="center"/>
          </w:tcPr>
          <w:p w14:paraId="0012CAC3" w14:textId="77777777" w:rsidR="00C20573" w:rsidRDefault="00D612F3">
            <w:pPr>
              <w:jc w:val="center"/>
            </w:pPr>
            <w:r>
              <w:rPr>
                <w:color w:val="111111"/>
                <w:sz w:val="17"/>
              </w:rPr>
              <w:t>After Sept. 15</w:t>
            </w:r>
          </w:p>
        </w:tc>
        <w:tc>
          <w:tcPr>
            <w:tcW w:w="936" w:type="dxa"/>
            <w:shd w:val="clear" w:color="auto" w:fill="F4F8FB"/>
            <w:tcMar>
              <w:top w:w="110" w:type="dxa"/>
              <w:left w:w="100" w:type="dxa"/>
              <w:bottom w:w="110" w:type="dxa"/>
              <w:right w:w="100" w:type="dxa"/>
            </w:tcMar>
            <w:vAlign w:val="center"/>
          </w:tcPr>
          <w:p w14:paraId="00CC3A1E" w14:textId="77777777" w:rsidR="00C20573" w:rsidRDefault="00D612F3">
            <w:pPr>
              <w:jc w:val="center"/>
            </w:pPr>
            <w:r>
              <w:rPr>
                <w:b/>
                <w:color w:val="0B1F3A"/>
                <w:sz w:val="17"/>
              </w:rPr>
              <w:t>$65</w:t>
            </w:r>
          </w:p>
        </w:tc>
        <w:tc>
          <w:tcPr>
            <w:tcW w:w="3384" w:type="dxa"/>
            <w:shd w:val="clear" w:color="auto" w:fill="F4F8FB"/>
            <w:tcMar>
              <w:top w:w="110" w:type="dxa"/>
              <w:left w:w="100" w:type="dxa"/>
              <w:bottom w:w="110" w:type="dxa"/>
              <w:right w:w="100" w:type="dxa"/>
            </w:tcMar>
            <w:vAlign w:val="center"/>
          </w:tcPr>
          <w:p w14:paraId="140AF665" w14:textId="77777777" w:rsidR="00C20573" w:rsidRDefault="00D612F3">
            <w:r>
              <w:rPr>
                <w:color w:val="111111"/>
                <w:sz w:val="17"/>
              </w:rPr>
              <w:t>Single booth, one 6-foot table, two chairs, and two passes</w:t>
            </w:r>
          </w:p>
        </w:tc>
      </w:tr>
      <w:tr w:rsidR="00C20573" w14:paraId="6DDB834F" w14:textId="77777777">
        <w:trPr>
          <w:jc w:val="center"/>
        </w:trPr>
        <w:tc>
          <w:tcPr>
            <w:tcW w:w="503" w:type="dxa"/>
            <w:shd w:val="clear" w:color="auto" w:fill="FFFFFF"/>
            <w:tcMar>
              <w:top w:w="110" w:type="dxa"/>
              <w:left w:w="100" w:type="dxa"/>
              <w:bottom w:w="110" w:type="dxa"/>
              <w:right w:w="100" w:type="dxa"/>
            </w:tcMar>
            <w:vAlign w:val="center"/>
          </w:tcPr>
          <w:p w14:paraId="351D0424" w14:textId="77777777" w:rsidR="00C20573" w:rsidRDefault="00D612F3">
            <w:pPr>
              <w:jc w:val="center"/>
            </w:pPr>
            <w:r>
              <w:rPr>
                <w:color w:val="111111"/>
                <w:sz w:val="17"/>
              </w:rPr>
              <w:t>☐</w:t>
            </w:r>
          </w:p>
        </w:tc>
        <w:tc>
          <w:tcPr>
            <w:tcW w:w="3240" w:type="dxa"/>
            <w:shd w:val="clear" w:color="auto" w:fill="FFFFFF"/>
            <w:tcMar>
              <w:top w:w="110" w:type="dxa"/>
              <w:left w:w="100" w:type="dxa"/>
              <w:bottom w:w="110" w:type="dxa"/>
              <w:right w:w="100" w:type="dxa"/>
            </w:tcMar>
            <w:vAlign w:val="center"/>
          </w:tcPr>
          <w:p w14:paraId="2A99CAF5" w14:textId="77777777" w:rsidR="00C20573" w:rsidRDefault="00D612F3">
            <w:r>
              <w:rPr>
                <w:b/>
                <w:color w:val="111111"/>
                <w:sz w:val="17"/>
              </w:rPr>
              <w:t>Package E – General Vendor</w:t>
            </w:r>
          </w:p>
        </w:tc>
        <w:tc>
          <w:tcPr>
            <w:tcW w:w="2088" w:type="dxa"/>
            <w:shd w:val="clear" w:color="auto" w:fill="FFFFFF"/>
            <w:tcMar>
              <w:top w:w="110" w:type="dxa"/>
              <w:left w:w="100" w:type="dxa"/>
              <w:bottom w:w="110" w:type="dxa"/>
              <w:right w:w="100" w:type="dxa"/>
            </w:tcMar>
            <w:vAlign w:val="center"/>
          </w:tcPr>
          <w:p w14:paraId="267E62F1" w14:textId="77777777" w:rsidR="00C20573" w:rsidRDefault="00D612F3">
            <w:pPr>
              <w:jc w:val="center"/>
            </w:pPr>
            <w:r>
              <w:rPr>
                <w:color w:val="111111"/>
                <w:sz w:val="17"/>
              </w:rPr>
              <w:t>After Sept. 15</w:t>
            </w:r>
          </w:p>
        </w:tc>
        <w:tc>
          <w:tcPr>
            <w:tcW w:w="936" w:type="dxa"/>
            <w:shd w:val="clear" w:color="auto" w:fill="FFFFFF"/>
            <w:tcMar>
              <w:top w:w="110" w:type="dxa"/>
              <w:left w:w="100" w:type="dxa"/>
              <w:bottom w:w="110" w:type="dxa"/>
              <w:right w:w="100" w:type="dxa"/>
            </w:tcMar>
            <w:vAlign w:val="center"/>
          </w:tcPr>
          <w:p w14:paraId="346199BF" w14:textId="77777777" w:rsidR="00C20573" w:rsidRDefault="00D612F3">
            <w:pPr>
              <w:jc w:val="center"/>
            </w:pPr>
            <w:r>
              <w:rPr>
                <w:b/>
                <w:color w:val="0B1F3A"/>
                <w:sz w:val="17"/>
              </w:rPr>
              <w:t>$90</w:t>
            </w:r>
          </w:p>
        </w:tc>
        <w:tc>
          <w:tcPr>
            <w:tcW w:w="3384" w:type="dxa"/>
            <w:shd w:val="clear" w:color="auto" w:fill="FFFFFF"/>
            <w:tcMar>
              <w:top w:w="110" w:type="dxa"/>
              <w:left w:w="100" w:type="dxa"/>
              <w:bottom w:w="110" w:type="dxa"/>
              <w:right w:w="100" w:type="dxa"/>
            </w:tcMar>
            <w:vAlign w:val="center"/>
          </w:tcPr>
          <w:p w14:paraId="65B20F12" w14:textId="77777777" w:rsidR="00C20573" w:rsidRDefault="00D612F3">
            <w:r>
              <w:rPr>
                <w:color w:val="111111"/>
                <w:sz w:val="17"/>
              </w:rPr>
              <w:t>Single booth, one 6-foot table, two chairs, and two passes</w:t>
            </w:r>
          </w:p>
        </w:tc>
      </w:tr>
    </w:tbl>
    <w:p w14:paraId="124C2429" w14:textId="77777777" w:rsidR="00C20573" w:rsidRDefault="00D612F3">
      <w:pPr>
        <w:spacing w:after="40"/>
      </w:pPr>
      <w:r>
        <w:rPr>
          <w:b/>
          <w:color w:val="0B1F3A"/>
          <w:sz w:val="18"/>
        </w:rPr>
        <w:t xml:space="preserve">Additional </w:t>
      </w:r>
      <w:proofErr w:type="gramStart"/>
      <w:r>
        <w:rPr>
          <w:b/>
          <w:color w:val="0B1F3A"/>
          <w:sz w:val="18"/>
        </w:rPr>
        <w:t>exhibitor passes</w:t>
      </w:r>
      <w:proofErr w:type="gramEnd"/>
      <w:r>
        <w:rPr>
          <w:b/>
          <w:color w:val="0B1F3A"/>
          <w:sz w:val="18"/>
        </w:rPr>
        <w:t xml:space="preserve">: $15 each. </w:t>
      </w:r>
      <w:proofErr w:type="gramStart"/>
      <w:r>
        <w:rPr>
          <w:b/>
          <w:color w:val="0B1F3A"/>
          <w:sz w:val="18"/>
        </w:rPr>
        <w:t>Booth</w:t>
      </w:r>
      <w:proofErr w:type="gramEnd"/>
      <w:r>
        <w:rPr>
          <w:b/>
          <w:color w:val="0B1F3A"/>
          <w:sz w:val="18"/>
        </w:rPr>
        <w:t xml:space="preserve"> sharing is not permitted.</w:t>
      </w:r>
    </w:p>
    <w:p w14:paraId="38D977D6" w14:textId="77777777" w:rsidR="00C20573" w:rsidRDefault="00D612F3">
      <w:pPr>
        <w:pBdr>
          <w:bottom w:val="single" w:sz="12" w:space="3" w:color="0077B6"/>
        </w:pBdr>
        <w:spacing w:before="180" w:after="60"/>
      </w:pPr>
      <w:r>
        <w:rPr>
          <w:rFonts w:ascii="Aptos Display" w:hAnsi="Aptos Display"/>
          <w:b/>
          <w:color w:val="0B1F3A"/>
          <w:sz w:val="24"/>
        </w:rPr>
        <w:t>BUSINESS AND CONTACT INFORMATION</w:t>
      </w:r>
    </w:p>
    <w:tbl>
      <w:tblPr>
        <w:tblW w:w="0" w:type="auto"/>
        <w:jc w:val="center"/>
        <w:tblBorders>
          <w:top w:val="single" w:sz="6" w:space="0" w:color="CFD8E3"/>
          <w:left w:val="single" w:sz="6" w:space="0" w:color="CFD8E3"/>
          <w:bottom w:val="single" w:sz="6" w:space="0" w:color="CFD8E3"/>
          <w:right w:val="single" w:sz="6" w:space="0" w:color="CFD8E3"/>
          <w:insideH w:val="single" w:sz="6" w:space="0" w:color="CFD8E3"/>
          <w:insideV w:val="single" w:sz="6" w:space="0" w:color="CFD8E3"/>
        </w:tblBorders>
        <w:tblLayout w:type="fixed"/>
        <w:tblLook w:val="04A0" w:firstRow="1" w:lastRow="0" w:firstColumn="1" w:lastColumn="0" w:noHBand="0" w:noVBand="1"/>
      </w:tblPr>
      <w:tblGrid>
        <w:gridCol w:w="5112"/>
        <w:gridCol w:w="5112"/>
      </w:tblGrid>
      <w:tr w:rsidR="00C20573" w14:paraId="640670C5" w14:textId="77777777" w:rsidTr="4B31AAF2">
        <w:trPr>
          <w:jc w:val="center"/>
        </w:trPr>
        <w:tc>
          <w:tcPr>
            <w:tcW w:w="5112" w:type="dxa"/>
            <w:tcMar>
              <w:top w:w="90" w:type="dxa"/>
              <w:left w:w="90" w:type="dxa"/>
              <w:bottom w:w="90" w:type="dxa"/>
              <w:right w:w="90" w:type="dxa"/>
            </w:tcMar>
            <w:vAlign w:val="center"/>
          </w:tcPr>
          <w:p w14:paraId="52CF909E" w14:textId="77777777" w:rsidR="00C20573" w:rsidRDefault="00D612F3">
            <w:pPr>
              <w:spacing w:after="0"/>
            </w:pPr>
            <w:r>
              <w:rPr>
                <w:b/>
                <w:sz w:val="18"/>
              </w:rPr>
              <w:t xml:space="preserve">Business Name: </w:t>
            </w:r>
            <w:r>
              <w:rPr>
                <w:sz w:val="18"/>
              </w:rPr>
              <w:t>________________________________________________</w:t>
            </w:r>
          </w:p>
        </w:tc>
        <w:tc>
          <w:tcPr>
            <w:tcW w:w="5112" w:type="dxa"/>
            <w:tcMar>
              <w:top w:w="90" w:type="dxa"/>
              <w:left w:w="90" w:type="dxa"/>
              <w:bottom w:w="90" w:type="dxa"/>
              <w:right w:w="90" w:type="dxa"/>
            </w:tcMar>
            <w:vAlign w:val="center"/>
          </w:tcPr>
          <w:p w14:paraId="5626F22C" w14:textId="77777777" w:rsidR="00C20573" w:rsidRDefault="00D612F3">
            <w:pPr>
              <w:spacing w:after="0"/>
            </w:pPr>
            <w:r>
              <w:rPr>
                <w:b/>
                <w:sz w:val="18"/>
              </w:rPr>
              <w:t xml:space="preserve">Contact Person: </w:t>
            </w:r>
            <w:r>
              <w:rPr>
                <w:sz w:val="18"/>
              </w:rPr>
              <w:t>________________________________________________</w:t>
            </w:r>
          </w:p>
        </w:tc>
      </w:tr>
      <w:tr w:rsidR="00C20573" w14:paraId="012C1402" w14:textId="77777777" w:rsidTr="4B31AAF2">
        <w:trPr>
          <w:jc w:val="center"/>
        </w:trPr>
        <w:tc>
          <w:tcPr>
            <w:tcW w:w="5112" w:type="dxa"/>
            <w:tcMar>
              <w:top w:w="90" w:type="dxa"/>
              <w:left w:w="90" w:type="dxa"/>
              <w:bottom w:w="90" w:type="dxa"/>
              <w:right w:w="90" w:type="dxa"/>
            </w:tcMar>
            <w:vAlign w:val="center"/>
          </w:tcPr>
          <w:p w14:paraId="24C6B4F0" w14:textId="77777777" w:rsidR="00C20573" w:rsidRDefault="00D612F3">
            <w:pPr>
              <w:spacing w:after="0"/>
            </w:pPr>
            <w:r>
              <w:rPr>
                <w:b/>
                <w:sz w:val="18"/>
              </w:rPr>
              <w:t xml:space="preserve">Business Address: </w:t>
            </w:r>
            <w:r>
              <w:rPr>
                <w:sz w:val="18"/>
              </w:rPr>
              <w:t>________________________________________________</w:t>
            </w:r>
          </w:p>
        </w:tc>
        <w:tc>
          <w:tcPr>
            <w:tcW w:w="5112" w:type="dxa"/>
            <w:tcMar>
              <w:top w:w="90" w:type="dxa"/>
              <w:left w:w="90" w:type="dxa"/>
              <w:bottom w:w="90" w:type="dxa"/>
              <w:right w:w="90" w:type="dxa"/>
            </w:tcMar>
            <w:vAlign w:val="center"/>
          </w:tcPr>
          <w:p w14:paraId="5C9D085F" w14:textId="77777777" w:rsidR="00C20573" w:rsidRDefault="00D612F3">
            <w:pPr>
              <w:spacing w:after="0"/>
            </w:pPr>
            <w:r>
              <w:rPr>
                <w:b/>
                <w:sz w:val="18"/>
              </w:rPr>
              <w:t xml:space="preserve">City / State / ZIP: </w:t>
            </w:r>
            <w:r>
              <w:rPr>
                <w:sz w:val="18"/>
              </w:rPr>
              <w:t>________________________________________________</w:t>
            </w:r>
          </w:p>
        </w:tc>
      </w:tr>
      <w:tr w:rsidR="00C20573" w14:paraId="19759B94" w14:textId="77777777" w:rsidTr="4B31AAF2">
        <w:trPr>
          <w:jc w:val="center"/>
        </w:trPr>
        <w:tc>
          <w:tcPr>
            <w:tcW w:w="5112" w:type="dxa"/>
            <w:tcMar>
              <w:top w:w="90" w:type="dxa"/>
              <w:left w:w="90" w:type="dxa"/>
              <w:bottom w:w="90" w:type="dxa"/>
              <w:right w:w="90" w:type="dxa"/>
            </w:tcMar>
            <w:vAlign w:val="center"/>
          </w:tcPr>
          <w:p w14:paraId="4907204D" w14:textId="77777777" w:rsidR="00C20573" w:rsidRDefault="00D612F3">
            <w:pPr>
              <w:spacing w:after="0"/>
            </w:pPr>
            <w:r>
              <w:rPr>
                <w:b/>
                <w:sz w:val="18"/>
              </w:rPr>
              <w:t xml:space="preserve">Phone: </w:t>
            </w:r>
            <w:r>
              <w:rPr>
                <w:sz w:val="18"/>
              </w:rPr>
              <w:t>________________________________________________</w:t>
            </w:r>
          </w:p>
        </w:tc>
        <w:tc>
          <w:tcPr>
            <w:tcW w:w="5112" w:type="dxa"/>
            <w:tcMar>
              <w:top w:w="90" w:type="dxa"/>
              <w:left w:w="90" w:type="dxa"/>
              <w:bottom w:w="90" w:type="dxa"/>
              <w:right w:w="90" w:type="dxa"/>
            </w:tcMar>
            <w:vAlign w:val="center"/>
          </w:tcPr>
          <w:p w14:paraId="43E93AE4" w14:textId="77777777" w:rsidR="00C20573" w:rsidRDefault="00D612F3">
            <w:pPr>
              <w:spacing w:after="0"/>
            </w:pPr>
            <w:r>
              <w:rPr>
                <w:b/>
                <w:sz w:val="18"/>
              </w:rPr>
              <w:t xml:space="preserve">Email: </w:t>
            </w:r>
            <w:r>
              <w:rPr>
                <w:sz w:val="18"/>
              </w:rPr>
              <w:t>________________________________________________</w:t>
            </w:r>
          </w:p>
        </w:tc>
      </w:tr>
      <w:tr w:rsidR="00C20573" w14:paraId="21C1F878" w14:textId="77777777" w:rsidTr="4B31AAF2">
        <w:trPr>
          <w:jc w:val="center"/>
        </w:trPr>
        <w:tc>
          <w:tcPr>
            <w:tcW w:w="5112" w:type="dxa"/>
            <w:tcMar>
              <w:top w:w="90" w:type="dxa"/>
              <w:left w:w="90" w:type="dxa"/>
              <w:bottom w:w="90" w:type="dxa"/>
              <w:right w:w="90" w:type="dxa"/>
            </w:tcMar>
            <w:vAlign w:val="center"/>
          </w:tcPr>
          <w:p w14:paraId="60C352E9" w14:textId="2F6CB1C8" w:rsidR="00C20573" w:rsidRDefault="4B31AAF2">
            <w:pPr>
              <w:spacing w:after="0"/>
            </w:pPr>
            <w:r w:rsidRPr="4B31AAF2">
              <w:rPr>
                <w:b/>
                <w:bCs/>
                <w:sz w:val="18"/>
                <w:szCs w:val="18"/>
              </w:rPr>
              <w:t xml:space="preserve">Website / social media: </w:t>
            </w:r>
            <w:r w:rsidRPr="4B31AAF2">
              <w:rPr>
                <w:sz w:val="18"/>
                <w:szCs w:val="18"/>
              </w:rPr>
              <w:t>________________________________________________</w:t>
            </w:r>
          </w:p>
        </w:tc>
        <w:tc>
          <w:tcPr>
            <w:tcW w:w="5112" w:type="dxa"/>
            <w:tcMar>
              <w:top w:w="90" w:type="dxa"/>
              <w:left w:w="90" w:type="dxa"/>
              <w:bottom w:w="90" w:type="dxa"/>
              <w:right w:w="90" w:type="dxa"/>
            </w:tcMar>
            <w:vAlign w:val="center"/>
          </w:tcPr>
          <w:p w14:paraId="5AD1CC73" w14:textId="30945666" w:rsidR="00C20573" w:rsidRDefault="4B31AAF2">
            <w:pPr>
              <w:spacing w:after="0"/>
            </w:pPr>
            <w:r w:rsidRPr="4B31AAF2">
              <w:rPr>
                <w:b/>
                <w:bCs/>
                <w:sz w:val="18"/>
                <w:szCs w:val="18"/>
              </w:rPr>
              <w:t xml:space="preserve">Does the business have a physical location?  ☐ Yes ☐ No: </w:t>
            </w:r>
            <w:r w:rsidRPr="4B31AAF2">
              <w:rPr>
                <w:sz w:val="18"/>
                <w:szCs w:val="18"/>
              </w:rPr>
              <w:t>________________________________________________</w:t>
            </w:r>
          </w:p>
        </w:tc>
      </w:tr>
      <w:tr w:rsidR="00C20573" w14:paraId="552C7C22" w14:textId="77777777" w:rsidTr="4B31AAF2">
        <w:trPr>
          <w:jc w:val="center"/>
        </w:trPr>
        <w:tc>
          <w:tcPr>
            <w:tcW w:w="5112" w:type="dxa"/>
            <w:tcMar>
              <w:top w:w="90" w:type="dxa"/>
              <w:left w:w="90" w:type="dxa"/>
              <w:bottom w:w="90" w:type="dxa"/>
              <w:right w:w="90" w:type="dxa"/>
            </w:tcMar>
            <w:vAlign w:val="center"/>
          </w:tcPr>
          <w:p w14:paraId="71284417" w14:textId="77777777" w:rsidR="00C20573" w:rsidRDefault="00D612F3">
            <w:pPr>
              <w:spacing w:after="0"/>
            </w:pPr>
            <w:r>
              <w:rPr>
                <w:b/>
                <w:sz w:val="18"/>
              </w:rPr>
              <w:t xml:space="preserve">Business Type / Products or Services: </w:t>
            </w:r>
            <w:r>
              <w:rPr>
                <w:sz w:val="18"/>
              </w:rPr>
              <w:t>________________________________________________</w:t>
            </w:r>
          </w:p>
        </w:tc>
        <w:tc>
          <w:tcPr>
            <w:tcW w:w="5112" w:type="dxa"/>
            <w:tcMar>
              <w:top w:w="90" w:type="dxa"/>
              <w:left w:w="90" w:type="dxa"/>
              <w:bottom w:w="90" w:type="dxa"/>
              <w:right w:w="90" w:type="dxa"/>
            </w:tcMar>
            <w:vAlign w:val="center"/>
          </w:tcPr>
          <w:p w14:paraId="7978346D" w14:textId="77777777" w:rsidR="00C20573" w:rsidRDefault="00D612F3">
            <w:pPr>
              <w:spacing w:after="0"/>
            </w:pPr>
            <w:r>
              <w:rPr>
                <w:b/>
                <w:sz w:val="18"/>
              </w:rPr>
              <w:t xml:space="preserve">Special Requests or Accessibility Needs: </w:t>
            </w:r>
            <w:r>
              <w:rPr>
                <w:sz w:val="18"/>
              </w:rPr>
              <w:t>________________________________________________</w:t>
            </w:r>
          </w:p>
        </w:tc>
      </w:tr>
    </w:tbl>
    <w:p w14:paraId="10073735" w14:textId="77777777" w:rsidR="00C20573" w:rsidRDefault="00D612F3">
      <w:pPr>
        <w:pBdr>
          <w:bottom w:val="single" w:sz="12" w:space="3" w:color="0077B6"/>
        </w:pBdr>
        <w:spacing w:before="180" w:after="60"/>
      </w:pPr>
      <w:r>
        <w:rPr>
          <w:rFonts w:ascii="Aptos Display" w:hAnsi="Aptos Display"/>
          <w:b/>
          <w:color w:val="0B1F3A"/>
          <w:sz w:val="24"/>
        </w:rPr>
        <w:lastRenderedPageBreak/>
        <w:t>PAYMENT AUTHORIZATION</w:t>
      </w:r>
    </w:p>
    <w:p w14:paraId="3A46F246" w14:textId="77777777" w:rsidR="00C20573" w:rsidRDefault="00D612F3">
      <w:pPr>
        <w:spacing w:after="80"/>
      </w:pPr>
      <w:r>
        <w:rPr>
          <w:b/>
          <w:sz w:val="18"/>
        </w:rPr>
        <w:t>Payment method:  ☐ Cashier’s Check   ☐ PayPal   ☐ Visa   ☐ MasterCard   ☐ American Express   ☐ Discover</w:t>
      </w:r>
    </w:p>
    <w:p w14:paraId="4D89B2B2" w14:textId="77777777" w:rsidR="00C20573" w:rsidRDefault="00D612F3">
      <w:pPr>
        <w:spacing w:after="60"/>
      </w:pPr>
      <w:r>
        <w:rPr>
          <w:sz w:val="16"/>
        </w:rPr>
        <w:t>I authorize the Wilmington Minority Chamber of Commerce to charge the amount listed below for exhibitor space at the 2026 Minority Enterprise Development Business Expo. I understand that exhibitor fees are non-refundable. For security, please submit payment information only through WMCC-approved payment methods.</w:t>
      </w:r>
    </w:p>
    <w:tbl>
      <w:tblPr>
        <w:tblW w:w="0" w:type="auto"/>
        <w:jc w:val="center"/>
        <w:tblBorders>
          <w:top w:val="single" w:sz="6" w:space="0" w:color="CFD8E3"/>
          <w:left w:val="single" w:sz="6" w:space="0" w:color="CFD8E3"/>
          <w:bottom w:val="single" w:sz="6" w:space="0" w:color="CFD8E3"/>
          <w:right w:val="single" w:sz="6" w:space="0" w:color="CFD8E3"/>
          <w:insideH w:val="single" w:sz="6" w:space="0" w:color="CFD8E3"/>
          <w:insideV w:val="single" w:sz="6" w:space="0" w:color="CFD8E3"/>
        </w:tblBorders>
        <w:tblLayout w:type="fixed"/>
        <w:tblLook w:val="04A0" w:firstRow="1" w:lastRow="0" w:firstColumn="1" w:lastColumn="0" w:noHBand="0" w:noVBand="1"/>
      </w:tblPr>
      <w:tblGrid>
        <w:gridCol w:w="5112"/>
        <w:gridCol w:w="5112"/>
      </w:tblGrid>
      <w:tr w:rsidR="00C20573" w14:paraId="2325554D" w14:textId="77777777">
        <w:trPr>
          <w:jc w:val="center"/>
        </w:trPr>
        <w:tc>
          <w:tcPr>
            <w:tcW w:w="5112" w:type="dxa"/>
            <w:tcMar>
              <w:top w:w="90" w:type="dxa"/>
              <w:left w:w="90" w:type="dxa"/>
              <w:bottom w:w="90" w:type="dxa"/>
              <w:right w:w="90" w:type="dxa"/>
            </w:tcMar>
            <w:vAlign w:val="center"/>
          </w:tcPr>
          <w:p w14:paraId="69220648" w14:textId="77777777" w:rsidR="00C20573" w:rsidRDefault="00D612F3">
            <w:pPr>
              <w:spacing w:after="0"/>
            </w:pPr>
            <w:r>
              <w:rPr>
                <w:b/>
                <w:sz w:val="18"/>
              </w:rPr>
              <w:t xml:space="preserve">Authorized Amount: </w:t>
            </w:r>
            <w:r>
              <w:rPr>
                <w:sz w:val="18"/>
              </w:rPr>
              <w:t>________________________________________________</w:t>
            </w:r>
          </w:p>
        </w:tc>
        <w:tc>
          <w:tcPr>
            <w:tcW w:w="5112" w:type="dxa"/>
            <w:tcMar>
              <w:top w:w="90" w:type="dxa"/>
              <w:left w:w="90" w:type="dxa"/>
              <w:bottom w:w="90" w:type="dxa"/>
              <w:right w:w="90" w:type="dxa"/>
            </w:tcMar>
            <w:vAlign w:val="center"/>
          </w:tcPr>
          <w:p w14:paraId="455CF9F1" w14:textId="77777777" w:rsidR="00C20573" w:rsidRDefault="00D612F3">
            <w:pPr>
              <w:spacing w:after="0"/>
            </w:pPr>
            <w:r>
              <w:rPr>
                <w:b/>
                <w:sz w:val="18"/>
              </w:rPr>
              <w:t xml:space="preserve">Name on Card: </w:t>
            </w:r>
            <w:r>
              <w:rPr>
                <w:sz w:val="18"/>
              </w:rPr>
              <w:t>________________________________________________</w:t>
            </w:r>
          </w:p>
        </w:tc>
      </w:tr>
      <w:tr w:rsidR="00C20573" w14:paraId="3E12A9ED" w14:textId="77777777">
        <w:trPr>
          <w:jc w:val="center"/>
        </w:trPr>
        <w:tc>
          <w:tcPr>
            <w:tcW w:w="5112" w:type="dxa"/>
            <w:tcMar>
              <w:top w:w="90" w:type="dxa"/>
              <w:left w:w="90" w:type="dxa"/>
              <w:bottom w:w="90" w:type="dxa"/>
              <w:right w:w="90" w:type="dxa"/>
            </w:tcMar>
            <w:vAlign w:val="center"/>
          </w:tcPr>
          <w:p w14:paraId="6129575D" w14:textId="77777777" w:rsidR="00C20573" w:rsidRDefault="00D612F3">
            <w:pPr>
              <w:spacing w:after="0"/>
            </w:pPr>
            <w:r>
              <w:rPr>
                <w:b/>
                <w:sz w:val="18"/>
              </w:rPr>
              <w:t xml:space="preserve">Card Number: </w:t>
            </w:r>
            <w:r>
              <w:rPr>
                <w:sz w:val="18"/>
              </w:rPr>
              <w:t>________________________________________________</w:t>
            </w:r>
          </w:p>
        </w:tc>
        <w:tc>
          <w:tcPr>
            <w:tcW w:w="5112" w:type="dxa"/>
            <w:tcMar>
              <w:top w:w="90" w:type="dxa"/>
              <w:left w:w="90" w:type="dxa"/>
              <w:bottom w:w="90" w:type="dxa"/>
              <w:right w:w="90" w:type="dxa"/>
            </w:tcMar>
            <w:vAlign w:val="center"/>
          </w:tcPr>
          <w:p w14:paraId="1B621045" w14:textId="77777777" w:rsidR="00C20573" w:rsidRDefault="00D612F3">
            <w:pPr>
              <w:spacing w:after="0"/>
            </w:pPr>
            <w:r>
              <w:rPr>
                <w:b/>
                <w:sz w:val="18"/>
              </w:rPr>
              <w:t xml:space="preserve">Expiration Date: </w:t>
            </w:r>
            <w:r>
              <w:rPr>
                <w:sz w:val="18"/>
              </w:rPr>
              <w:t>________________________________________________</w:t>
            </w:r>
          </w:p>
        </w:tc>
      </w:tr>
      <w:tr w:rsidR="00C20573" w14:paraId="3129C0AA" w14:textId="77777777">
        <w:trPr>
          <w:jc w:val="center"/>
        </w:trPr>
        <w:tc>
          <w:tcPr>
            <w:tcW w:w="5112" w:type="dxa"/>
            <w:tcMar>
              <w:top w:w="90" w:type="dxa"/>
              <w:left w:w="90" w:type="dxa"/>
              <w:bottom w:w="90" w:type="dxa"/>
              <w:right w:w="90" w:type="dxa"/>
            </w:tcMar>
            <w:vAlign w:val="center"/>
          </w:tcPr>
          <w:p w14:paraId="5F4003DF" w14:textId="77777777" w:rsidR="00C20573" w:rsidRDefault="00D612F3">
            <w:pPr>
              <w:spacing w:after="0"/>
            </w:pPr>
            <w:r>
              <w:rPr>
                <w:b/>
                <w:sz w:val="18"/>
              </w:rPr>
              <w:t xml:space="preserve">Security Code: </w:t>
            </w:r>
            <w:r>
              <w:rPr>
                <w:sz w:val="18"/>
              </w:rPr>
              <w:t>________________________________________________</w:t>
            </w:r>
          </w:p>
        </w:tc>
        <w:tc>
          <w:tcPr>
            <w:tcW w:w="5112" w:type="dxa"/>
            <w:tcMar>
              <w:top w:w="90" w:type="dxa"/>
              <w:left w:w="90" w:type="dxa"/>
              <w:bottom w:w="90" w:type="dxa"/>
              <w:right w:w="90" w:type="dxa"/>
            </w:tcMar>
            <w:vAlign w:val="center"/>
          </w:tcPr>
          <w:p w14:paraId="6B0BDD0F" w14:textId="77777777" w:rsidR="00C20573" w:rsidRDefault="00D612F3">
            <w:pPr>
              <w:spacing w:after="0"/>
            </w:pPr>
            <w:r>
              <w:rPr>
                <w:b/>
                <w:sz w:val="18"/>
              </w:rPr>
              <w:t xml:space="preserve">Billing ZIP Code: </w:t>
            </w:r>
            <w:r>
              <w:rPr>
                <w:sz w:val="18"/>
              </w:rPr>
              <w:t>________________________________________________</w:t>
            </w:r>
          </w:p>
        </w:tc>
      </w:tr>
      <w:tr w:rsidR="00C20573" w14:paraId="79A5D231" w14:textId="77777777">
        <w:trPr>
          <w:jc w:val="center"/>
        </w:trPr>
        <w:tc>
          <w:tcPr>
            <w:tcW w:w="5112" w:type="dxa"/>
            <w:tcMar>
              <w:top w:w="90" w:type="dxa"/>
              <w:left w:w="90" w:type="dxa"/>
              <w:bottom w:w="90" w:type="dxa"/>
              <w:right w:w="90" w:type="dxa"/>
            </w:tcMar>
            <w:vAlign w:val="center"/>
          </w:tcPr>
          <w:p w14:paraId="7C3524CA" w14:textId="77777777" w:rsidR="00C20573" w:rsidRDefault="00D612F3">
            <w:pPr>
              <w:spacing w:after="0"/>
            </w:pPr>
            <w:r>
              <w:rPr>
                <w:b/>
                <w:sz w:val="18"/>
              </w:rPr>
              <w:t xml:space="preserve">Authorized Signature: </w:t>
            </w:r>
            <w:r>
              <w:rPr>
                <w:sz w:val="18"/>
              </w:rPr>
              <w:t>________________________________________________</w:t>
            </w:r>
          </w:p>
        </w:tc>
        <w:tc>
          <w:tcPr>
            <w:tcW w:w="5112" w:type="dxa"/>
            <w:tcMar>
              <w:top w:w="90" w:type="dxa"/>
              <w:left w:w="90" w:type="dxa"/>
              <w:bottom w:w="90" w:type="dxa"/>
              <w:right w:w="90" w:type="dxa"/>
            </w:tcMar>
            <w:vAlign w:val="center"/>
          </w:tcPr>
          <w:p w14:paraId="053517A2" w14:textId="77777777" w:rsidR="00C20573" w:rsidRDefault="00D612F3">
            <w:pPr>
              <w:spacing w:after="0"/>
            </w:pPr>
            <w:r>
              <w:rPr>
                <w:b/>
                <w:sz w:val="18"/>
              </w:rPr>
              <w:t xml:space="preserve">Date: </w:t>
            </w:r>
            <w:r>
              <w:rPr>
                <w:sz w:val="18"/>
              </w:rPr>
              <w:t>________________________________________________</w:t>
            </w:r>
          </w:p>
        </w:tc>
      </w:tr>
    </w:tbl>
    <w:p w14:paraId="16827262" w14:textId="77777777" w:rsidR="00C20573" w:rsidRDefault="00D612F3">
      <w:pPr>
        <w:pBdr>
          <w:bottom w:val="single" w:sz="12" w:space="3" w:color="0077B6"/>
        </w:pBdr>
        <w:spacing w:before="180" w:after="60"/>
      </w:pPr>
      <w:r>
        <w:rPr>
          <w:rFonts w:ascii="Aptos Display" w:hAnsi="Aptos Display"/>
          <w:b/>
          <w:color w:val="0B1F3A"/>
          <w:sz w:val="24"/>
        </w:rPr>
        <w:t>EXHIBITOR AGREEMENT AND EVENT GUIDELINES</w:t>
      </w:r>
    </w:p>
    <w:tbl>
      <w:tblPr>
        <w:tblW w:w="0" w:type="auto"/>
        <w:jc w:val="center"/>
        <w:tblBorders>
          <w:top w:val="single" w:sz="6" w:space="0" w:color="D7E0EA"/>
          <w:left w:val="single" w:sz="6" w:space="0" w:color="D7E0EA"/>
          <w:bottom w:val="single" w:sz="6" w:space="0" w:color="D7E0EA"/>
          <w:right w:val="single" w:sz="6" w:space="0" w:color="D7E0EA"/>
          <w:insideH w:val="single" w:sz="6" w:space="0" w:color="D7E0EA"/>
          <w:insideV w:val="single" w:sz="6" w:space="0" w:color="D7E0EA"/>
        </w:tblBorders>
        <w:tblLayout w:type="fixed"/>
        <w:tblLook w:val="04A0" w:firstRow="1" w:lastRow="0" w:firstColumn="1" w:lastColumn="0" w:noHBand="0" w:noVBand="1"/>
      </w:tblPr>
      <w:tblGrid>
        <w:gridCol w:w="5112"/>
        <w:gridCol w:w="5112"/>
      </w:tblGrid>
      <w:tr w:rsidR="00C20573" w14:paraId="33086E3D" w14:textId="77777777" w:rsidTr="4B31AAF2">
        <w:trPr>
          <w:jc w:val="center"/>
        </w:trPr>
        <w:tc>
          <w:tcPr>
            <w:tcW w:w="5112" w:type="dxa"/>
            <w:shd w:val="clear" w:color="auto" w:fill="FFFFFF"/>
            <w:tcMar>
              <w:top w:w="80" w:type="dxa"/>
              <w:left w:w="100" w:type="dxa"/>
              <w:bottom w:w="80" w:type="dxa"/>
              <w:right w:w="100" w:type="dxa"/>
            </w:tcMar>
          </w:tcPr>
          <w:p w14:paraId="17155CBA" w14:textId="71CAC35B" w:rsidR="00C20573" w:rsidRDefault="4B31AAF2">
            <w:pPr>
              <w:spacing w:after="0"/>
            </w:pPr>
            <w:r w:rsidRPr="4B31AAF2">
              <w:rPr>
                <w:color w:val="111111"/>
                <w:sz w:val="16"/>
                <w:szCs w:val="16"/>
              </w:rPr>
              <w:t>• Set-up is 8:00 AM – 9:30 AM on Saturday, October 10. Exhibitors may not be set up after the cut-off time.</w:t>
            </w:r>
          </w:p>
        </w:tc>
        <w:tc>
          <w:tcPr>
            <w:tcW w:w="5112" w:type="dxa"/>
            <w:shd w:val="clear" w:color="auto" w:fill="F7FAFC"/>
            <w:tcMar>
              <w:top w:w="80" w:type="dxa"/>
              <w:left w:w="100" w:type="dxa"/>
              <w:bottom w:w="80" w:type="dxa"/>
              <w:right w:w="100" w:type="dxa"/>
            </w:tcMar>
          </w:tcPr>
          <w:p w14:paraId="376C24C6" w14:textId="77777777" w:rsidR="00C20573" w:rsidRDefault="00D612F3">
            <w:pPr>
              <w:spacing w:after="0"/>
            </w:pPr>
            <w:r>
              <w:rPr>
                <w:color w:val="111111"/>
                <w:sz w:val="16"/>
              </w:rPr>
              <w:t>• Exhibitor spaces must be staffed during event hours. Early breakdown is not permitted; breakdown begins at 5:00 PM.</w:t>
            </w:r>
          </w:p>
        </w:tc>
      </w:tr>
      <w:tr w:rsidR="00C20573" w14:paraId="4A86636A" w14:textId="77777777" w:rsidTr="4B31AAF2">
        <w:trPr>
          <w:jc w:val="center"/>
        </w:trPr>
        <w:tc>
          <w:tcPr>
            <w:tcW w:w="5112" w:type="dxa"/>
            <w:shd w:val="clear" w:color="auto" w:fill="FFFFFF"/>
            <w:tcMar>
              <w:top w:w="80" w:type="dxa"/>
              <w:left w:w="100" w:type="dxa"/>
              <w:bottom w:w="80" w:type="dxa"/>
              <w:right w:w="100" w:type="dxa"/>
            </w:tcMar>
          </w:tcPr>
          <w:p w14:paraId="410DD13F" w14:textId="77777777" w:rsidR="00C20573" w:rsidRDefault="00D612F3">
            <w:pPr>
              <w:spacing w:after="0"/>
            </w:pPr>
            <w:r>
              <w:rPr>
                <w:color w:val="111111"/>
                <w:sz w:val="16"/>
              </w:rPr>
              <w:t>• Displays must remain within the assigned booth space and be suitable for the event audience.</w:t>
            </w:r>
          </w:p>
        </w:tc>
        <w:tc>
          <w:tcPr>
            <w:tcW w:w="5112" w:type="dxa"/>
            <w:shd w:val="clear" w:color="auto" w:fill="F7FAFC"/>
            <w:tcMar>
              <w:top w:w="80" w:type="dxa"/>
              <w:left w:w="100" w:type="dxa"/>
              <w:bottom w:w="80" w:type="dxa"/>
              <w:right w:w="100" w:type="dxa"/>
            </w:tcMar>
          </w:tcPr>
          <w:p w14:paraId="33419AC6" w14:textId="77777777" w:rsidR="00C20573" w:rsidRDefault="00D612F3">
            <w:pPr>
              <w:spacing w:after="0"/>
            </w:pPr>
            <w:r>
              <w:rPr>
                <w:color w:val="111111"/>
                <w:sz w:val="16"/>
              </w:rPr>
              <w:t>• No loudspeakers, amplifiers, or loud music are permitted.</w:t>
            </w:r>
          </w:p>
        </w:tc>
      </w:tr>
      <w:tr w:rsidR="00C20573" w14:paraId="46342F8B" w14:textId="77777777" w:rsidTr="4B31AAF2">
        <w:trPr>
          <w:jc w:val="center"/>
        </w:trPr>
        <w:tc>
          <w:tcPr>
            <w:tcW w:w="5112" w:type="dxa"/>
            <w:shd w:val="clear" w:color="auto" w:fill="FFFFFF"/>
            <w:tcMar>
              <w:top w:w="80" w:type="dxa"/>
              <w:left w:w="100" w:type="dxa"/>
              <w:bottom w:w="80" w:type="dxa"/>
              <w:right w:w="100" w:type="dxa"/>
            </w:tcMar>
          </w:tcPr>
          <w:p w14:paraId="233A5021" w14:textId="77777777" w:rsidR="00C20573" w:rsidRDefault="00D612F3">
            <w:pPr>
              <w:spacing w:after="0"/>
            </w:pPr>
            <w:r>
              <w:rPr>
                <w:color w:val="111111"/>
                <w:sz w:val="16"/>
              </w:rPr>
              <w:t>• Tables are non-transferable and may be used only by the approved exhibitor listed on this application.</w:t>
            </w:r>
          </w:p>
        </w:tc>
        <w:tc>
          <w:tcPr>
            <w:tcW w:w="5112" w:type="dxa"/>
            <w:shd w:val="clear" w:color="auto" w:fill="F7FAFC"/>
            <w:tcMar>
              <w:top w:w="80" w:type="dxa"/>
              <w:left w:w="100" w:type="dxa"/>
              <w:bottom w:w="80" w:type="dxa"/>
              <w:right w:w="100" w:type="dxa"/>
            </w:tcMar>
          </w:tcPr>
          <w:p w14:paraId="5BF0A2E0" w14:textId="77777777" w:rsidR="00C20573" w:rsidRDefault="00D612F3">
            <w:pPr>
              <w:spacing w:after="0"/>
            </w:pPr>
            <w:r>
              <w:rPr>
                <w:color w:val="111111"/>
                <w:sz w:val="16"/>
              </w:rPr>
              <w:t>• Exhibitors are encouraged to promote the event through their websites, email lists, and social media networks.</w:t>
            </w:r>
          </w:p>
        </w:tc>
      </w:tr>
      <w:tr w:rsidR="00C20573" w14:paraId="5B12AF6D" w14:textId="77777777" w:rsidTr="4B31AAF2">
        <w:trPr>
          <w:jc w:val="center"/>
        </w:trPr>
        <w:tc>
          <w:tcPr>
            <w:tcW w:w="5112" w:type="dxa"/>
            <w:shd w:val="clear" w:color="auto" w:fill="FFFFFF"/>
            <w:tcMar>
              <w:top w:w="80" w:type="dxa"/>
              <w:left w:w="100" w:type="dxa"/>
              <w:bottom w:w="80" w:type="dxa"/>
              <w:right w:w="100" w:type="dxa"/>
            </w:tcMar>
          </w:tcPr>
          <w:p w14:paraId="1C79C6E7" w14:textId="77777777" w:rsidR="00C20573" w:rsidRDefault="00D612F3">
            <w:pPr>
              <w:spacing w:after="0"/>
            </w:pPr>
            <w:r>
              <w:rPr>
                <w:color w:val="111111"/>
                <w:sz w:val="16"/>
              </w:rPr>
              <w:t>• Exhibitor assumes responsibility for personal property, products, and guests associated with their exhibit.</w:t>
            </w:r>
          </w:p>
        </w:tc>
        <w:tc>
          <w:tcPr>
            <w:tcW w:w="5112" w:type="dxa"/>
            <w:shd w:val="clear" w:color="auto" w:fill="F7FAFC"/>
            <w:tcMar>
              <w:top w:w="80" w:type="dxa"/>
              <w:left w:w="100" w:type="dxa"/>
              <w:bottom w:w="80" w:type="dxa"/>
              <w:right w:w="100" w:type="dxa"/>
            </w:tcMar>
          </w:tcPr>
          <w:p w14:paraId="62F0BF73" w14:textId="77777777" w:rsidR="00C20573" w:rsidRDefault="00D612F3">
            <w:pPr>
              <w:spacing w:after="0"/>
            </w:pPr>
            <w:r>
              <w:rPr>
                <w:color w:val="111111"/>
                <w:sz w:val="16"/>
              </w:rPr>
              <w:t>• WMCC and event partners reserve the right to adjust event hours, location, layout, or exhibit suitability as needed.</w:t>
            </w:r>
          </w:p>
        </w:tc>
      </w:tr>
    </w:tbl>
    <w:p w14:paraId="03FC98DB" w14:textId="77777777" w:rsidR="00C20573" w:rsidRDefault="00D612F3">
      <w:pPr>
        <w:spacing w:before="60" w:after="40"/>
      </w:pPr>
      <w:r>
        <w:rPr>
          <w:b/>
          <w:color w:val="0B1F3A"/>
        </w:rPr>
        <w:t>Liability, Insurance, and Media Release</w:t>
      </w:r>
    </w:p>
    <w:p w14:paraId="164C55AC" w14:textId="4F871DDF" w:rsidR="00C20573" w:rsidRDefault="4B31AAF2">
      <w:pPr>
        <w:spacing w:after="0"/>
      </w:pPr>
      <w:r w:rsidRPr="4B31AAF2">
        <w:rPr>
          <w:sz w:val="15"/>
          <w:szCs w:val="15"/>
        </w:rPr>
        <w:t xml:space="preserve">By signing below, the exhibitor agrees to hold harmless the Minority Enterprise Development Business Expo, the Wilmington Minority Chamber of Commerce, and their affiliates, partners, organizers, employees, members, sponsors, representatives, successors, and assigns from claims, losses, damages, injuries, or expenses related to participation in the event. Exhibitors are responsible for securing appropriate insurance for property, inventory, equipment, and operations. </w:t>
      </w:r>
      <w:proofErr w:type="gramStart"/>
      <w:r w:rsidRPr="4B31AAF2">
        <w:rPr>
          <w:sz w:val="15"/>
          <w:szCs w:val="15"/>
        </w:rPr>
        <w:t>Exhibitor</w:t>
      </w:r>
      <w:proofErr w:type="gramEnd"/>
      <w:r w:rsidRPr="4B31AAF2">
        <w:rPr>
          <w:sz w:val="15"/>
          <w:szCs w:val="15"/>
        </w:rPr>
        <w:t xml:space="preserve"> also grants permission for event organizers to use names, photos, video, and quotations from the event for promotional purposes in any medium.</w:t>
      </w:r>
    </w:p>
    <w:p w14:paraId="519D265A" w14:textId="77777777" w:rsidR="00C20573" w:rsidRDefault="00D612F3">
      <w:pPr>
        <w:pBdr>
          <w:bottom w:val="single" w:sz="12" w:space="3" w:color="0077B6"/>
        </w:pBdr>
        <w:spacing w:before="180" w:after="60"/>
      </w:pPr>
      <w:r>
        <w:rPr>
          <w:rFonts w:ascii="Aptos Display" w:hAnsi="Aptos Display"/>
          <w:b/>
          <w:color w:val="0B1F3A"/>
          <w:sz w:val="24"/>
        </w:rPr>
        <w:t>ACKNOWLEDGMENT</w:t>
      </w:r>
    </w:p>
    <w:p w14:paraId="5267B758" w14:textId="7F92AC49" w:rsidR="00C20573" w:rsidRDefault="4B31AAF2">
      <w:pPr>
        <w:spacing w:after="20"/>
      </w:pPr>
      <w:r w:rsidRPr="4B31AAF2">
        <w:rPr>
          <w:b/>
          <w:bCs/>
          <w:sz w:val="16"/>
          <w:szCs w:val="16"/>
        </w:rPr>
        <w:t>I have read and agree with the exhibitor's terms, payment policy, and event guidelines.</w:t>
      </w:r>
    </w:p>
    <w:tbl>
      <w:tblPr>
        <w:tblW w:w="0" w:type="auto"/>
        <w:jc w:val="center"/>
        <w:tblBorders>
          <w:top w:val="single" w:sz="6" w:space="0" w:color="CFD8E3"/>
          <w:left w:val="single" w:sz="6" w:space="0" w:color="CFD8E3"/>
          <w:bottom w:val="single" w:sz="6" w:space="0" w:color="CFD8E3"/>
          <w:right w:val="single" w:sz="6" w:space="0" w:color="CFD8E3"/>
          <w:insideH w:val="single" w:sz="6" w:space="0" w:color="CFD8E3"/>
          <w:insideV w:val="single" w:sz="6" w:space="0" w:color="CFD8E3"/>
        </w:tblBorders>
        <w:tblLayout w:type="fixed"/>
        <w:tblLook w:val="04A0" w:firstRow="1" w:lastRow="0" w:firstColumn="1" w:lastColumn="0" w:noHBand="0" w:noVBand="1"/>
      </w:tblPr>
      <w:tblGrid>
        <w:gridCol w:w="5112"/>
        <w:gridCol w:w="5112"/>
      </w:tblGrid>
      <w:tr w:rsidR="00C20573" w14:paraId="31A6020B" w14:textId="77777777">
        <w:trPr>
          <w:jc w:val="center"/>
        </w:trPr>
        <w:tc>
          <w:tcPr>
            <w:tcW w:w="5112" w:type="dxa"/>
            <w:tcMar>
              <w:top w:w="90" w:type="dxa"/>
              <w:left w:w="90" w:type="dxa"/>
              <w:bottom w:w="90" w:type="dxa"/>
              <w:right w:w="90" w:type="dxa"/>
            </w:tcMar>
            <w:vAlign w:val="center"/>
          </w:tcPr>
          <w:p w14:paraId="20ADB2CD" w14:textId="77777777" w:rsidR="00C20573" w:rsidRDefault="00D612F3">
            <w:pPr>
              <w:spacing w:after="0"/>
            </w:pPr>
            <w:r>
              <w:rPr>
                <w:b/>
                <w:sz w:val="18"/>
              </w:rPr>
              <w:t xml:space="preserve">Exhibitor Signature: </w:t>
            </w:r>
            <w:r>
              <w:rPr>
                <w:sz w:val="18"/>
              </w:rPr>
              <w:t>________________________________________________</w:t>
            </w:r>
          </w:p>
        </w:tc>
        <w:tc>
          <w:tcPr>
            <w:tcW w:w="5112" w:type="dxa"/>
            <w:tcMar>
              <w:top w:w="90" w:type="dxa"/>
              <w:left w:w="90" w:type="dxa"/>
              <w:bottom w:w="90" w:type="dxa"/>
              <w:right w:w="90" w:type="dxa"/>
            </w:tcMar>
            <w:vAlign w:val="center"/>
          </w:tcPr>
          <w:p w14:paraId="71396959" w14:textId="77777777" w:rsidR="00C20573" w:rsidRDefault="00D612F3">
            <w:pPr>
              <w:spacing w:after="0"/>
            </w:pPr>
            <w:r>
              <w:rPr>
                <w:b/>
                <w:sz w:val="18"/>
              </w:rPr>
              <w:t xml:space="preserve">Date: </w:t>
            </w:r>
            <w:r>
              <w:rPr>
                <w:sz w:val="18"/>
              </w:rPr>
              <w:t>________________________________________________</w:t>
            </w:r>
          </w:p>
        </w:tc>
      </w:tr>
    </w:tbl>
    <w:p w14:paraId="12BE839B" w14:textId="77777777" w:rsidR="00D612F3" w:rsidRDefault="00D612F3"/>
    <w:sectPr w:rsidR="00D612F3" w:rsidSect="00034616">
      <w:footerReference w:type="default" r:id="rId8"/>
      <w:pgSz w:w="12240" w:h="15840"/>
      <w:pgMar w:top="648" w:right="749" w:bottom="576" w:left="74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643AE" w14:textId="77777777" w:rsidR="00D612F3" w:rsidRDefault="00D612F3">
      <w:pPr>
        <w:spacing w:after="0" w:line="240" w:lineRule="auto"/>
      </w:pPr>
      <w:r>
        <w:separator/>
      </w:r>
    </w:p>
  </w:endnote>
  <w:endnote w:type="continuationSeparator" w:id="0">
    <w:p w14:paraId="2C7B8E3C" w14:textId="77777777" w:rsidR="00D612F3" w:rsidRDefault="00D61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1697" w14:textId="77777777" w:rsidR="00C20573" w:rsidRDefault="00D612F3">
    <w:pPr>
      <w:pStyle w:val="Footer"/>
      <w:jc w:val="center"/>
    </w:pPr>
    <w:r>
      <w:rPr>
        <w:color w:val="5C6B73"/>
        <w:sz w:val="16"/>
      </w:rPr>
      <w:t>Wilmington Minority Chamber of Commerce | www.wilmingtonminoritychamber.org | 910-515-8791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03A7" w14:textId="77777777" w:rsidR="00D612F3" w:rsidRDefault="00D612F3">
      <w:pPr>
        <w:spacing w:after="0" w:line="240" w:lineRule="auto"/>
      </w:pPr>
      <w:r>
        <w:separator/>
      </w:r>
    </w:p>
  </w:footnote>
  <w:footnote w:type="continuationSeparator" w:id="0">
    <w:p w14:paraId="270E1A86" w14:textId="77777777" w:rsidR="00D612F3" w:rsidRDefault="00D61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2809983">
    <w:abstractNumId w:val="8"/>
  </w:num>
  <w:num w:numId="2" w16cid:durableId="1805655864">
    <w:abstractNumId w:val="6"/>
  </w:num>
  <w:num w:numId="3" w16cid:durableId="422338380">
    <w:abstractNumId w:val="5"/>
  </w:num>
  <w:num w:numId="4" w16cid:durableId="498427148">
    <w:abstractNumId w:val="4"/>
  </w:num>
  <w:num w:numId="5" w16cid:durableId="1368918638">
    <w:abstractNumId w:val="7"/>
  </w:num>
  <w:num w:numId="6" w16cid:durableId="794565255">
    <w:abstractNumId w:val="3"/>
  </w:num>
  <w:num w:numId="7" w16cid:durableId="1895040564">
    <w:abstractNumId w:val="2"/>
  </w:num>
  <w:num w:numId="8" w16cid:durableId="1027566903">
    <w:abstractNumId w:val="1"/>
  </w:num>
  <w:num w:numId="9" w16cid:durableId="1325160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1183E"/>
    <w:rsid w:val="00997A83"/>
    <w:rsid w:val="00AA1D8D"/>
    <w:rsid w:val="00B47730"/>
    <w:rsid w:val="00C20573"/>
    <w:rsid w:val="00CB0664"/>
    <w:rsid w:val="00D612F3"/>
    <w:rsid w:val="00FC693F"/>
    <w:rsid w:val="4B31A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4F9F3D9-927A-4142-8213-12CA25A8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4074</Characters>
  <Application>Microsoft Office Word</Application>
  <DocSecurity>0</DocSecurity>
  <Lines>119</Lines>
  <Paragraphs>90</Paragraphs>
  <ScaleCrop>false</ScaleCrop>
  <Manager/>
  <Company/>
  <LinksUpToDate>false</LinksUpToDate>
  <CharactersWithSpaces>4539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McIntosh</dc:creator>
  <cp:keywords/>
  <dc:description>generated by python-docx</dc:description>
  <cp:lastModifiedBy>Danielle McIntosh</cp:lastModifiedBy>
  <cp:revision>2</cp:revision>
  <dcterms:created xsi:type="dcterms:W3CDTF">2026-08-04T01:52:00Z</dcterms:created>
  <dcterms:modified xsi:type="dcterms:W3CDTF">2026-08-04T01:52:00Z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4200d0-e03d-4acd-b4e4-ec96b24019c0_Enabled">
    <vt:lpwstr>true</vt:lpwstr>
  </property>
  <property fmtid="{D5CDD505-2E9C-101B-9397-08002B2CF9AE}" pid="3" name="MSIP_Label_764200d0-e03d-4acd-b4e4-ec96b24019c0_SetDate">
    <vt:lpwstr>2026-08-04T01:28:18Z</vt:lpwstr>
  </property>
  <property fmtid="{D5CDD505-2E9C-101B-9397-08002B2CF9AE}" pid="4" name="MSIP_Label_764200d0-e03d-4acd-b4e4-ec96b24019c0_Method">
    <vt:lpwstr>Standard</vt:lpwstr>
  </property>
  <property fmtid="{D5CDD505-2E9C-101B-9397-08002B2CF9AE}" pid="5" name="MSIP_Label_764200d0-e03d-4acd-b4e4-ec96b24019c0_Name">
    <vt:lpwstr>Sensitive</vt:lpwstr>
  </property>
  <property fmtid="{D5CDD505-2E9C-101B-9397-08002B2CF9AE}" pid="6" name="MSIP_Label_764200d0-e03d-4acd-b4e4-ec96b24019c0_SiteId">
    <vt:lpwstr>24f85f24-158a-44b9-bb80-8e516a8f42e4</vt:lpwstr>
  </property>
  <property fmtid="{D5CDD505-2E9C-101B-9397-08002B2CF9AE}" pid="7" name="MSIP_Label_764200d0-e03d-4acd-b4e4-ec96b24019c0_ActionId">
    <vt:lpwstr>54c3ff06-d0fc-4aab-ab6e-04452304098e</vt:lpwstr>
  </property>
  <property fmtid="{D5CDD505-2E9C-101B-9397-08002B2CF9AE}" pid="8" name="MSIP_Label_764200d0-e03d-4acd-b4e4-ec96b24019c0_ContentBits">
    <vt:lpwstr>0</vt:lpwstr>
  </property>
</Properties>
</file>